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2344"/>
        <w:gridCol w:w="2859"/>
        <w:gridCol w:w="2401"/>
        <w:gridCol w:w="2772"/>
      </w:tblGrid>
      <w:tr w:rsidR="0051745A" w:rsidRPr="00AB61BD" w14:paraId="59027165" w14:textId="77777777" w:rsidTr="00333BE1">
        <w:trPr>
          <w:cantSplit/>
          <w:trHeight w:val="3300"/>
          <w:jc w:val="center"/>
        </w:trPr>
        <w:tc>
          <w:tcPr>
            <w:tcW w:w="10376" w:type="dxa"/>
            <w:gridSpan w:val="4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FE3E30" w14:textId="70AB5451" w:rsidR="0051745A" w:rsidRPr="00AB61BD" w:rsidRDefault="00333BE1" w:rsidP="00AB61BD">
            <w:pPr>
              <w:bidi/>
              <w:jc w:val="center"/>
              <w:rPr>
                <w:rFonts w:cs="B Mitra"/>
                <w:sz w:val="36"/>
                <w:szCs w:val="36"/>
              </w:rPr>
            </w:pPr>
            <w:r w:rsidRPr="00AB61BD">
              <w:rPr>
                <w:rFonts w:cs="B Mitra"/>
                <w:bCs/>
                <w:color w:val="1F4E79"/>
                <w:sz w:val="36"/>
                <w:szCs w:val="36"/>
                <w:rtl/>
                <w:lang w:bidi="fa-IR"/>
              </w:rPr>
              <w:t>شرکت پارس گواه گستر</w:t>
            </w:r>
            <w:r w:rsidR="00AB61BD">
              <w:rPr>
                <w:rFonts w:ascii="Baskerville Old Face" w:eastAsia="DejaVu Sans" w:hAnsi="Baskerville Old Face" w:cs="B Mitra"/>
                <w:bCs/>
                <w:sz w:val="32"/>
              </w:rPr>
              <w:br/>
            </w:r>
            <w:r w:rsidR="00AB61BD" w:rsidRPr="00B0672E">
              <w:rPr>
                <w:rFonts w:ascii="Baskerville Old Face" w:eastAsia="DejaVu Sans" w:hAnsi="Baskerville Old Face" w:cs="B Mitra"/>
                <w:bCs/>
                <w:sz w:val="32"/>
              </w:rPr>
              <w:t>PARS C</w:t>
            </w:r>
            <w:r w:rsidR="00AB61BD" w:rsidRPr="00AB61BD">
              <w:rPr>
                <w:rFonts w:cs="B Mitra"/>
                <w:noProof/>
                <w:sz w:val="32"/>
                <w:szCs w:val="32"/>
              </w:rPr>
              <w:drawing>
                <wp:anchor distT="0" distB="0" distL="114300" distR="114300" simplePos="0" relativeHeight="251657216" behindDoc="0" locked="0" layoutInCell="1" allowOverlap="1" wp14:anchorId="307FEDBF" wp14:editId="5181D180">
                  <wp:simplePos x="0" y="0"/>
                  <wp:positionH relativeFrom="column">
                    <wp:posOffset>2696845</wp:posOffset>
                  </wp:positionH>
                  <wp:positionV relativeFrom="paragraph">
                    <wp:posOffset>429260</wp:posOffset>
                  </wp:positionV>
                  <wp:extent cx="1003935" cy="1265555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r02-logo-transparen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2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61BD" w:rsidRPr="00B0672E">
              <w:rPr>
                <w:rFonts w:ascii="Baskerville Old Face" w:eastAsia="DejaVu Sans" w:hAnsi="Baskerville Old Face" w:cs="B Mitra"/>
                <w:bCs/>
                <w:sz w:val="32"/>
              </w:rPr>
              <w:t>ERT CB</w:t>
            </w:r>
          </w:p>
          <w:p w14:paraId="74A4830A" w14:textId="77777777" w:rsidR="0051745A" w:rsidRPr="00AB61BD" w:rsidRDefault="00333BE1" w:rsidP="00E230D4">
            <w:pPr>
              <w:bidi/>
              <w:jc w:val="center"/>
              <w:rPr>
                <w:rFonts w:cs="B Mitra"/>
                <w:b/>
                <w:bCs/>
              </w:rPr>
            </w:pPr>
            <w:r w:rsidRPr="00AB61BD">
              <w:rPr>
                <w:rFonts w:cs="B Mitra"/>
                <w:b/>
                <w:bCs/>
                <w:color w:val="000000"/>
                <w:sz w:val="32"/>
                <w:szCs w:val="32"/>
                <w:rtl/>
                <w:lang w:bidi="fa-IR"/>
              </w:rPr>
              <w:t>فرم درخواست گواهی</w:t>
            </w:r>
            <w:r w:rsidRPr="00AB61BD">
              <w:rPr>
                <w:rFonts w:cs="B Mitra"/>
                <w:b/>
                <w:bCs/>
                <w:color w:val="000000"/>
                <w:sz w:val="3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b/>
                <w:bCs/>
                <w:color w:val="000000"/>
                <w:sz w:val="32"/>
                <w:szCs w:val="32"/>
                <w:rtl/>
                <w:lang w:bidi="fa-IR"/>
              </w:rPr>
              <w:t>کردن</w:t>
            </w:r>
          </w:p>
          <w:p w14:paraId="6643FB09" w14:textId="0B48EAC4" w:rsidR="0051745A" w:rsidRPr="00AB61BD" w:rsidRDefault="00E230D4" w:rsidP="00E230D4">
            <w:pPr>
              <w:bidi/>
              <w:ind w:left="720"/>
              <w:jc w:val="center"/>
              <w:rPr>
                <w:rFonts w:cs="B Mitra"/>
              </w:rPr>
            </w:pPr>
            <w:r w:rsidRPr="00AB61BD">
              <w:rPr>
                <w:rFonts w:eastAsia="DejaVu Sans" w:cs="B Mitra"/>
                <w:b/>
                <w:color w:val="1F4E79"/>
                <w:sz w:val="24"/>
              </w:rPr>
              <w:t xml:space="preserve">           PARS-FOR-CB-01</w:t>
            </w:r>
          </w:p>
        </w:tc>
      </w:tr>
      <w:tr w:rsidR="0051745A" w:rsidRPr="00AB61BD" w14:paraId="0122A9D8" w14:textId="77777777" w:rsidTr="00333BE1">
        <w:trPr>
          <w:cantSplit/>
          <w:jc w:val="center"/>
        </w:trPr>
        <w:tc>
          <w:tcPr>
            <w:tcW w:w="23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5037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کد مدرک</w:t>
            </w:r>
          </w:p>
        </w:tc>
        <w:tc>
          <w:tcPr>
            <w:tcW w:w="2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2A28E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ascii="DejaVu Sans" w:eastAsia="DejaVu Sans" w:hAnsi="DejaVu Sans" w:cs="B Mitra"/>
                <w:b/>
                <w:sz w:val="19"/>
                <w:lang w:bidi="fa-IR"/>
              </w:rPr>
              <w:t>PARS-FOR-CB-01</w:t>
            </w:r>
          </w:p>
        </w:tc>
        <w:tc>
          <w:tcPr>
            <w:tcW w:w="2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2EF8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ویرایش</w:t>
            </w:r>
          </w:p>
        </w:tc>
        <w:tc>
          <w:tcPr>
            <w:tcW w:w="27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7344B" w14:textId="77777777" w:rsidR="0051745A" w:rsidRDefault="00FD725D" w:rsidP="00FD725D">
            <w:pPr>
              <w:jc w:val="right"/>
              <w:rPr>
                <w:rFonts w:ascii="DejaVu Sans" w:eastAsia="DejaVu Sans" w:hAnsi="DejaVu Sans" w:cs="B Mitra"/>
                <w:b/>
                <w:sz w:val="19"/>
                <w:lang w:bidi="fa-IR"/>
              </w:rPr>
            </w:pPr>
            <w:r>
              <w:rPr>
                <w:rFonts w:ascii="DejaVu Sans" w:eastAsia="DejaVu Sans" w:hAnsi="DejaVu Sans" w:cs="B Mitra"/>
                <w:b/>
                <w:sz w:val="19"/>
                <w:lang w:bidi="fa-IR"/>
              </w:rPr>
              <w:t>2</w:t>
            </w:r>
          </w:p>
          <w:p w14:paraId="7A6B4AD4" w14:textId="1359DE70" w:rsidR="00FD725D" w:rsidRPr="00AB61BD" w:rsidRDefault="00FD725D" w:rsidP="00333BE1">
            <w:pPr>
              <w:ind w:left="-92"/>
              <w:jc w:val="center"/>
              <w:rPr>
                <w:rFonts w:cs="B Mitra"/>
              </w:rPr>
            </w:pPr>
          </w:p>
        </w:tc>
      </w:tr>
      <w:tr w:rsidR="0051745A" w:rsidRPr="00AB61BD" w14:paraId="4FC4A677" w14:textId="77777777" w:rsidTr="00333BE1">
        <w:trPr>
          <w:cantSplit/>
          <w:jc w:val="center"/>
        </w:trPr>
        <w:tc>
          <w:tcPr>
            <w:tcW w:w="23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A7CA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تاریخ اجرا</w:t>
            </w:r>
          </w:p>
        </w:tc>
        <w:tc>
          <w:tcPr>
            <w:tcW w:w="2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C69C2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2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2161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وضعیت مدرک</w:t>
            </w:r>
          </w:p>
        </w:tc>
        <w:tc>
          <w:tcPr>
            <w:tcW w:w="277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5A9E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نسخه کاری برای بررسی و تصویب</w:t>
            </w:r>
          </w:p>
        </w:tc>
      </w:tr>
    </w:tbl>
    <w:p w14:paraId="4632F401" w14:textId="77777777" w:rsidR="0051745A" w:rsidRPr="00AB61BD" w:rsidRDefault="0051745A" w:rsidP="00A55A49">
      <w:pPr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23D97D3D" w14:textId="77777777">
        <w:trPr>
          <w:cantSplit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2C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79CD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 xml:space="preserve">راهنمای تکمیل دستی: فرم با خودکار آبی یا مشکی و به‌صورت خوانا تکمیل شود. گزینه انتخابی با علامت </w:t>
            </w:r>
            <w:r w:rsidRPr="00AB61BD">
              <w:rPr>
                <w:rFonts w:ascii="Segoe UI Symbol" w:hAnsi="Segoe UI Symbol" w:cs="Segoe UI Symbol" w:hint="cs"/>
                <w:sz w:val="18"/>
                <w:rtl/>
                <w:lang w:bidi="fa-IR"/>
              </w:rPr>
              <w:t>✓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یا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×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مشخص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گردد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.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در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صورت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کمبود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فضا،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پیوست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شماره‌گذاری‌شده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و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امضاشده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ارائه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شود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.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اصلاحات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دستی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باید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با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یک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خط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روی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متن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قبلی،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درج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مقدار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صحیح،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تاریخ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و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پاراف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اصلاح‌کننده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انجام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شود</w:t>
            </w:r>
            <w:r w:rsidRPr="00AB61BD">
              <w:rPr>
                <w:rFonts w:cs="B Mitra"/>
                <w:sz w:val="18"/>
                <w:rtl/>
                <w:lang w:bidi="fa-IR"/>
              </w:rPr>
              <w:t>.</w:t>
            </w:r>
          </w:p>
        </w:tc>
      </w:tr>
    </w:tbl>
    <w:p w14:paraId="69A6546A" w14:textId="77777777" w:rsidR="0051745A" w:rsidRPr="00AB61BD" w:rsidRDefault="0051745A" w:rsidP="00A55A49">
      <w:pPr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284FD6FE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15CB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الف. اطلاعات کنترل و ردیابی درخواست</w:t>
            </w:r>
          </w:p>
        </w:tc>
      </w:tr>
    </w:tbl>
    <w:p w14:paraId="19F78C51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259"/>
        <w:gridCol w:w="1943"/>
        <w:gridCol w:w="3230"/>
      </w:tblGrid>
      <w:tr w:rsidR="0051745A" w:rsidRPr="00AB61BD" w14:paraId="7B9AED8F" w14:textId="77777777">
        <w:trPr>
          <w:cantSplit/>
          <w:trHeight w:val="510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EC23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شماره درخواست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C7F35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8F0F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شماره پرونده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01B7A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5CE93512" w14:textId="77777777">
        <w:trPr>
          <w:cantSplit/>
          <w:trHeight w:val="510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889C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تاریخ دریافت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A5076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DAF6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نحوه دریافت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F2DB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8"/>
                <w:rtl/>
                <w:lang w:bidi="fa-IR"/>
              </w:rPr>
              <w:t>□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حضوری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8"/>
                <w:rtl/>
                <w:lang w:bidi="fa-IR"/>
              </w:rPr>
              <w:t>□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پست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8"/>
                <w:rtl/>
                <w:lang w:bidi="fa-IR"/>
              </w:rPr>
              <w:t>□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ایمیل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8"/>
                <w:rtl/>
                <w:lang w:bidi="fa-IR"/>
              </w:rPr>
              <w:t>□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سامانه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8"/>
                <w:rtl/>
                <w:lang w:bidi="fa-IR"/>
              </w:rPr>
              <w:t>□</w:t>
            </w:r>
            <w:r w:rsidRPr="00AB61BD">
              <w:rPr>
                <w:rFonts w:cs="B Mitra"/>
                <w:sz w:val="18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8"/>
                <w:rtl/>
                <w:lang w:bidi="fa-IR"/>
              </w:rPr>
              <w:t>سایر</w:t>
            </w:r>
          </w:p>
        </w:tc>
      </w:tr>
      <w:tr w:rsidR="0051745A" w:rsidRPr="00AB61BD" w14:paraId="76387C79" w14:textId="77777777">
        <w:trPr>
          <w:cantSplit/>
          <w:trHeight w:val="510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5D5D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نام دریافت‌کننده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9A54B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728C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تعداد صفحات و پیوست‌ها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34D48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</w:tbl>
    <w:p w14:paraId="700C2C6F" w14:textId="77777777" w:rsidR="0051745A" w:rsidRPr="00AB61BD" w:rsidRDefault="0051745A" w:rsidP="00A55A49">
      <w:pPr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22BC8CA8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118F8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ب. مشخصات متقاضی و نماینده مجاز</w:t>
            </w:r>
          </w:p>
        </w:tc>
      </w:tr>
    </w:tbl>
    <w:p w14:paraId="366CD59C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3288"/>
        <w:gridCol w:w="1915"/>
        <w:gridCol w:w="3258"/>
      </w:tblGrid>
      <w:tr w:rsidR="0051745A" w:rsidRPr="00AB61BD" w14:paraId="7AA37F03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B8D9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نوع متقاضی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31A5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شخص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حقیقی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شخص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حقوقی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تعاونی</w:t>
            </w:r>
            <w:r w:rsidRPr="00AB61BD">
              <w:rPr>
                <w:rFonts w:cs="B Mitra"/>
                <w:sz w:val="17"/>
                <w:rtl/>
                <w:lang w:bidi="fa-IR"/>
              </w:rPr>
              <w:t>/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تشکل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سایر</w:t>
            </w: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56E1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نام رسمی متقاضی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C5771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5C10CAE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C84C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نام تجاری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DEB42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7024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شناسه ملی/کد ملی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FBD62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2BCEAC7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02BE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شماره ثبت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11BB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0999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کد اقتصادی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1F1FB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6739BF43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7777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نام نماینده مجاز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DBE6E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F826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سمت نماینده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9F6B1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73E957ED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6B5AD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شماره ملی نماینده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79F81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EC55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مبنای اختیار نمایندگی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5A4A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اساسنامه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وکالت‌نامه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معرفی‌نامه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سایر</w:t>
            </w:r>
          </w:p>
        </w:tc>
      </w:tr>
      <w:tr w:rsidR="0051745A" w:rsidRPr="00AB61BD" w14:paraId="7030AAC4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F1C1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تلفن ثابت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5043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F300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تلفن همراه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28763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44303FD0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41E3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پست الکترونیکی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D6CA0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10C63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وب‌سایت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91A9E9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51BB4EEC" w14:textId="77777777">
        <w:trPr>
          <w:cantSplit/>
          <w:trHeight w:val="482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CE52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lastRenderedPageBreak/>
              <w:t>کد پستی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0EEA7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0477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استان/شهرستان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1C4E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</w:tbl>
    <w:p w14:paraId="19CF8363" w14:textId="77777777" w:rsidR="0051745A" w:rsidRPr="00AB61BD" w:rsidRDefault="00333BE1" w:rsidP="00A55A49">
      <w:pPr>
        <w:rPr>
          <w:rFonts w:cs="B Mitra"/>
        </w:rPr>
      </w:pPr>
      <w:r w:rsidRPr="00AB61BD">
        <w:rPr>
          <w:rFonts w:cs="B Mitra"/>
        </w:rPr>
        <w:br w:type="page"/>
      </w: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8461"/>
      </w:tblGrid>
      <w:tr w:rsidR="0051745A" w:rsidRPr="00AB61BD" w14:paraId="51743BE5" w14:textId="77777777">
        <w:trPr>
          <w:cantSplit/>
          <w:trHeight w:val="765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023A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lastRenderedPageBreak/>
              <w:t>نشانی دفتر مرکزی</w:t>
            </w:r>
          </w:p>
        </w:tc>
        <w:tc>
          <w:tcPr>
            <w:tcW w:w="83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4FB2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227836BF" w14:textId="77777777">
        <w:trPr>
          <w:cantSplit/>
          <w:trHeight w:val="765"/>
          <w:jc w:val="center"/>
        </w:trPr>
        <w:tc>
          <w:tcPr>
            <w:tcW w:w="18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A9E8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نشانی مکاتباتی</w:t>
            </w:r>
          </w:p>
        </w:tc>
        <w:tc>
          <w:tcPr>
            <w:tcW w:w="83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06ED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9549527" w14:textId="77777777">
        <w:trPr>
          <w:cantSplit/>
          <w:trHeight w:hRule="exact" w:val="425"/>
          <w:jc w:val="center"/>
        </w:trPr>
        <w:tc>
          <w:tcPr>
            <w:tcW w:w="10291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D909A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پ. نوع درخواست و دامنه کلی مورد تقاضا</w:t>
            </w:r>
          </w:p>
        </w:tc>
      </w:tr>
    </w:tbl>
    <w:p w14:paraId="7CEABD46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994"/>
        <w:gridCol w:w="3192"/>
        <w:gridCol w:w="1995"/>
        <w:gridCol w:w="3165"/>
        <w:gridCol w:w="30"/>
      </w:tblGrid>
      <w:tr w:rsidR="0051745A" w:rsidRPr="00AB61BD" w14:paraId="54B6BF27" w14:textId="77777777">
        <w:trPr>
          <w:gridAfter w:val="1"/>
          <w:wAfter w:w="30" w:type="dxa"/>
          <w:cantSplit/>
          <w:jc w:val="center"/>
        </w:trPr>
        <w:tc>
          <w:tcPr>
            <w:tcW w:w="102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6C2AE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صدور اولیه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تمدید/تجدید گواهی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گسترش دامنه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تغییر دامنه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رفع تعلیق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انتقال پرونده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سایر</w:t>
            </w:r>
          </w:p>
        </w:tc>
      </w:tr>
      <w:tr w:rsidR="0051745A" w:rsidRPr="00AB61BD" w14:paraId="25FC6853" w14:textId="77777777">
        <w:trPr>
          <w:gridAfter w:val="1"/>
          <w:wAfter w:w="30" w:type="dxa"/>
          <w:cantSplit/>
          <w:jc w:val="center"/>
        </w:trPr>
        <w:tc>
          <w:tcPr>
            <w:tcW w:w="102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D00FD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گواهی محصول ارگانیک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گواهی محصول درحال گذار به ارگانیک</w:t>
            </w:r>
          </w:p>
        </w:tc>
      </w:tr>
      <w:tr w:rsidR="0051745A" w:rsidRPr="00AB61BD" w14:paraId="74BBADA6" w14:textId="77777777">
        <w:trPr>
          <w:gridAfter w:val="1"/>
          <w:wAfter w:w="30" w:type="dxa"/>
          <w:cantSplit/>
          <w:jc w:val="center"/>
        </w:trPr>
        <w:tc>
          <w:tcPr>
            <w:tcW w:w="102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2C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AFAF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در چارچوب طرح فعلی، درخواست محصول وارداتی «درحال گذار به ارگانیک» قابل پذیرش نیست. پذیرش درخواست منوط به بازنگری مستقل در فرم بازنگری درخواست است.</w:t>
            </w:r>
          </w:p>
        </w:tc>
      </w:tr>
      <w:tr w:rsidR="0051745A" w:rsidRPr="00AB61BD" w14:paraId="7438471C" w14:textId="77777777">
        <w:trPr>
          <w:cantSplit/>
          <w:trHeight w:val="539"/>
          <w:jc w:val="center"/>
        </w:trPr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1AF2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طرح گواهی مورد درخواست</w:t>
            </w:r>
          </w:p>
        </w:tc>
        <w:tc>
          <w:tcPr>
            <w:tcW w:w="3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9D3D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طرح رسمی گواهی محصولات ارگانیک و درحال گذار به ارگانیک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FF8E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مالک طرح</w:t>
            </w:r>
          </w:p>
        </w:tc>
        <w:tc>
          <w:tcPr>
            <w:tcW w:w="314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C990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سازمان ملی استاندارد ایران</w:t>
            </w:r>
          </w:p>
        </w:tc>
      </w:tr>
      <w:tr w:rsidR="0051745A" w:rsidRPr="00AB61BD" w14:paraId="6B5E158B" w14:textId="77777777">
        <w:trPr>
          <w:cantSplit/>
          <w:trHeight w:val="539"/>
          <w:jc w:val="center"/>
        </w:trPr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CF0A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استاندارد/مرجع اصلی</w:t>
            </w:r>
          </w:p>
        </w:tc>
        <w:tc>
          <w:tcPr>
            <w:tcW w:w="3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8739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استاندارد ملی ایران شماره 11000 و مراجع اعلامی طرح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7EBB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ویرایش مرجع</w:t>
            </w:r>
          </w:p>
        </w:tc>
        <w:tc>
          <w:tcPr>
            <w:tcW w:w="314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A55E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4FC2879" w14:textId="77777777">
        <w:trPr>
          <w:cantSplit/>
          <w:trHeight w:val="539"/>
          <w:jc w:val="center"/>
        </w:trPr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D704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وضعیت فعلی فعالیت</w:t>
            </w:r>
          </w:p>
        </w:tc>
        <w:tc>
          <w:tcPr>
            <w:tcW w:w="3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A2F1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متعارف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درحال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گذار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ارگانیک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دارای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سابقه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6D352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تاریخ شروع عملیات ارگانیک</w:t>
            </w:r>
          </w:p>
        </w:tc>
        <w:tc>
          <w:tcPr>
            <w:tcW w:w="314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D3B6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5AF25884" w14:textId="77777777">
        <w:trPr>
          <w:cantSplit/>
          <w:trHeight w:val="539"/>
          <w:jc w:val="center"/>
        </w:trPr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965D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تعداد محصولات درخواستی</w:t>
            </w:r>
          </w:p>
        </w:tc>
        <w:tc>
          <w:tcPr>
            <w:tcW w:w="3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42E82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92FC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تعداد محل‌های مشمول</w:t>
            </w:r>
          </w:p>
        </w:tc>
        <w:tc>
          <w:tcPr>
            <w:tcW w:w="314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ADD8E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18E1148" w14:textId="77777777">
        <w:trPr>
          <w:cantSplit/>
          <w:trHeight w:val="539"/>
          <w:jc w:val="center"/>
        </w:trPr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AA82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تاریخ پیشنهادی آمادگی ارزیابی</w:t>
            </w:r>
          </w:p>
        </w:tc>
        <w:tc>
          <w:tcPr>
            <w:tcW w:w="3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2B996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6974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زبان مورد نیاز</w:t>
            </w:r>
          </w:p>
        </w:tc>
        <w:tc>
          <w:tcPr>
            <w:tcW w:w="314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5FB7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فارسی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سایر</w:t>
            </w:r>
            <w:r w:rsidRPr="00AB61BD">
              <w:rPr>
                <w:rFonts w:cs="B Mitra"/>
                <w:sz w:val="17"/>
                <w:rtl/>
                <w:lang w:bidi="fa-IR"/>
              </w:rPr>
              <w:t>: ........................</w:t>
            </w:r>
          </w:p>
        </w:tc>
      </w:tr>
    </w:tbl>
    <w:p w14:paraId="4239980D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0CBC96A7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AFA9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ت. گروه محصول و نوع فعالیت</w:t>
            </w:r>
          </w:p>
        </w:tc>
      </w:tr>
    </w:tbl>
    <w:p w14:paraId="39EC3AB1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77B50334" w14:textId="77777777">
        <w:trPr>
          <w:cantSplit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470B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محصولات کشاورزی گیاهی فرآوری‌نشده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مواد غذایی فرآوری‌شده و بسته‌بندی‌شده</w:t>
            </w:r>
          </w:p>
        </w:tc>
      </w:tr>
      <w:tr w:rsidR="0051745A" w:rsidRPr="00AB61BD" w14:paraId="6541A299" w14:textId="77777777">
        <w:trPr>
          <w:cantSplit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8E33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محصولات کشاورزی دامی فرآوری‌نشده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محصولات کشاورزی دامی فرآوری‌شده</w:t>
            </w:r>
          </w:p>
        </w:tc>
      </w:tr>
      <w:tr w:rsidR="0051745A" w:rsidRPr="00AB61BD" w14:paraId="1E0CCCC4" w14:textId="77777777">
        <w:trPr>
          <w:cantSplit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07BDE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برداشت از عرصه‌های طبیعی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سایر گروه‌های مجاز طرح: ........................................................</w:t>
            </w:r>
          </w:p>
        </w:tc>
      </w:tr>
      <w:tr w:rsidR="0051745A" w:rsidRPr="00AB61BD" w14:paraId="77BACFC2" w14:textId="77777777">
        <w:trPr>
          <w:cantSplit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8351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تولید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فرآوری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بسته‌بندی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انبارش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حمل‌ونقل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عرضه/توزیع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واردات در حدود مجاز طرح</w:t>
            </w:r>
          </w:p>
        </w:tc>
      </w:tr>
    </w:tbl>
    <w:p w14:paraId="54C13C16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51A5A65B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B068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ث. فهرست محصولات و دامنه دقیق درخواستی</w:t>
            </w:r>
          </w:p>
        </w:tc>
      </w:tr>
    </w:tbl>
    <w:p w14:paraId="5AEBD7EF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6"/>
        <w:gridCol w:w="427"/>
        <w:gridCol w:w="2136"/>
        <w:gridCol w:w="1537"/>
        <w:gridCol w:w="1851"/>
        <w:gridCol w:w="2022"/>
        <w:gridCol w:w="2367"/>
        <w:gridCol w:w="28"/>
      </w:tblGrid>
      <w:tr w:rsidR="0051745A" w:rsidRPr="00AB61BD" w14:paraId="608C54E4" w14:textId="77777777">
        <w:trPr>
          <w:gridBefore w:val="1"/>
          <w:cantSplit/>
          <w:trHeight w:val="539"/>
          <w:tblHeader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7D4B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ردیف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8A27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نام محصول/رقم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C656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وضعیت درخواستی</w:t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9E0A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نام تجاری/نوع بسته‌بندی</w:t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D2DA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محل تولید/فرآوری</w:t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D539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ظرفیت یا مقدار سالانه و واحد</w:t>
            </w:r>
          </w:p>
        </w:tc>
      </w:tr>
      <w:tr w:rsidR="0051745A" w:rsidRPr="00AB61BD" w14:paraId="6749AF62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1A00D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t>1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5B17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5280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D553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AA2B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1968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2ABAA4D7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A2EBA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t>2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F4D2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03BE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7834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443F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10AD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0E904A0A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29CCD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lastRenderedPageBreak/>
              <w:t>3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6565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3C0B3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7509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B844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D6B7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570A0CB4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50FA3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t>4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5CE4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799D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5A65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B649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FFBC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10C1B20C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63D51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t>5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B23C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8F4A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E25D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FC43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8250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157BC2C6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83FC9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t>6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14028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195E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1E81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0796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EBBE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3F6F6E4" w14:textId="77777777">
        <w:trPr>
          <w:gridBefore w:val="1"/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BD356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8"/>
                <w:lang w:bidi="fa-IR"/>
              </w:rPr>
              <w:t>7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766E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4866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8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45A3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57FB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35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16ED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20918935" w14:textId="77777777">
        <w:trPr>
          <w:gridAfter w:val="1"/>
          <w:wAfter w:w="28" w:type="dxa"/>
          <w:cantSplit/>
          <w:jc w:val="center"/>
        </w:trPr>
        <w:tc>
          <w:tcPr>
            <w:tcW w:w="10291" w:type="dxa"/>
            <w:gridSpan w:val="7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6A642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در صورت بیش از هفت محصول، جدول مشابه به‌عنوان پیوست ادامه داده شود و تمام صفحات پیوست توسط نماینده مجاز امضا یا پاراف گردد.</w:t>
            </w:r>
          </w:p>
        </w:tc>
      </w:tr>
    </w:tbl>
    <w:p w14:paraId="0A4989F4" w14:textId="77777777" w:rsidR="0051745A" w:rsidRPr="00AB61BD" w:rsidRDefault="00333BE1" w:rsidP="00A55A49">
      <w:pPr>
        <w:rPr>
          <w:rFonts w:cs="B Mitra"/>
        </w:rPr>
      </w:pPr>
      <w:r w:rsidRPr="00AB61BD">
        <w:rPr>
          <w:rFonts w:cs="B Mitra"/>
        </w:rPr>
        <w:br w:type="page"/>
      </w: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60527CAE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E04F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lastRenderedPageBreak/>
              <w:t>ج. محل‌ها، واحدها و تأسیسات مشمول درخواست</w:t>
            </w:r>
          </w:p>
        </w:tc>
      </w:tr>
    </w:tbl>
    <w:p w14:paraId="57861B71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367"/>
        <w:gridCol w:w="1766"/>
        <w:gridCol w:w="3534"/>
        <w:gridCol w:w="1311"/>
        <w:gridCol w:w="1969"/>
        <w:gridCol w:w="28"/>
      </w:tblGrid>
      <w:tr w:rsidR="0051745A" w:rsidRPr="00AB61BD" w14:paraId="13D6227A" w14:textId="77777777">
        <w:trPr>
          <w:cantSplit/>
          <w:tblHeader/>
          <w:jc w:val="center"/>
        </w:trPr>
        <w:tc>
          <w:tcPr>
            <w:tcW w:w="3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79E0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ردیف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D68CE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نوع محل</w:t>
            </w:r>
          </w:p>
        </w:tc>
        <w:tc>
          <w:tcPr>
            <w:tcW w:w="17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80DE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نام/شناسه محل</w:t>
            </w:r>
          </w:p>
        </w:tc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6B03A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نشانی کامل و کدپستی</w:t>
            </w:r>
          </w:p>
        </w:tc>
        <w:tc>
          <w:tcPr>
            <w:tcW w:w="13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9081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وضعیت مالکیت</w:t>
            </w:r>
          </w:p>
        </w:tc>
        <w:tc>
          <w:tcPr>
            <w:tcW w:w="195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8886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6"/>
                <w:rtl/>
                <w:lang w:bidi="fa-IR"/>
              </w:rPr>
              <w:t>مساحت، ظرفیت یا محدوده فعالیت</w:t>
            </w:r>
          </w:p>
        </w:tc>
      </w:tr>
      <w:tr w:rsidR="0051745A" w:rsidRPr="00AB61BD" w14:paraId="3EDAF469" w14:textId="77777777">
        <w:trPr>
          <w:cantSplit/>
          <w:trHeight w:val="765"/>
          <w:jc w:val="center"/>
        </w:trPr>
        <w:tc>
          <w:tcPr>
            <w:tcW w:w="3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55F3E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1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5382D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7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FD37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092A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3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781A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5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52A0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7B94E4D5" w14:textId="77777777">
        <w:trPr>
          <w:cantSplit/>
          <w:trHeight w:val="765"/>
          <w:jc w:val="center"/>
        </w:trPr>
        <w:tc>
          <w:tcPr>
            <w:tcW w:w="3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F491E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2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4F01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7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BADA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1867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3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0FA1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5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83E2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667EB1EB" w14:textId="77777777">
        <w:trPr>
          <w:cantSplit/>
          <w:trHeight w:val="765"/>
          <w:jc w:val="center"/>
        </w:trPr>
        <w:tc>
          <w:tcPr>
            <w:tcW w:w="3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1BC5F4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3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5DDC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7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B229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A02C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3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82CB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5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7F4F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E7CAC82" w14:textId="77777777">
        <w:trPr>
          <w:cantSplit/>
          <w:trHeight w:val="765"/>
          <w:jc w:val="center"/>
        </w:trPr>
        <w:tc>
          <w:tcPr>
            <w:tcW w:w="3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C6674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4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3411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7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3E33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81B8F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3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17D6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5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394B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0FE0A4D" w14:textId="77777777">
        <w:trPr>
          <w:cantSplit/>
          <w:trHeight w:val="765"/>
          <w:jc w:val="center"/>
        </w:trPr>
        <w:tc>
          <w:tcPr>
            <w:tcW w:w="3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2DF60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5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0522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7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C415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36FA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3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4F842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5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CC8B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07FFE2E0" w14:textId="77777777">
        <w:trPr>
          <w:gridAfter w:val="1"/>
          <w:wAfter w:w="28" w:type="dxa"/>
          <w:cantSplit/>
          <w:jc w:val="center"/>
        </w:trPr>
        <w:tc>
          <w:tcPr>
            <w:tcW w:w="1029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DE75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نوع محل می‌تواند شامل مزرعه، باغ، دامداری، واحد فرآوری، بسته‌بندی، انبار، سردخانه، مرکز جمع‌آوری یا سایر محل‌های مؤثر بر انطباق باشد.</w:t>
            </w:r>
          </w:p>
        </w:tc>
      </w:tr>
    </w:tbl>
    <w:p w14:paraId="7EAF53AF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1E375668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A562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چ. فعالیت‌های برون‌سپاری‌شده و اشخاص ثالث مؤثر</w:t>
            </w:r>
          </w:p>
        </w:tc>
      </w:tr>
    </w:tbl>
    <w:p w14:paraId="4BFA9784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5" w:type="dxa"/>
        <w:jc w:val="center"/>
        <w:tblLayout w:type="fixed"/>
        <w:tblLook w:val="04A0" w:firstRow="1" w:lastRow="0" w:firstColumn="1" w:lastColumn="0" w:noHBand="0" w:noVBand="1"/>
      </w:tblPr>
      <w:tblGrid>
        <w:gridCol w:w="428"/>
        <w:gridCol w:w="2023"/>
        <w:gridCol w:w="2308"/>
        <w:gridCol w:w="3106"/>
        <w:gridCol w:w="2481"/>
        <w:gridCol w:w="29"/>
      </w:tblGrid>
      <w:tr w:rsidR="0051745A" w:rsidRPr="00AB61BD" w14:paraId="5710BF35" w14:textId="77777777">
        <w:trPr>
          <w:cantSplit/>
          <w:tblHeader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3849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ردیف</w:t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23BF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نوع فعالیت</w:t>
            </w:r>
          </w:p>
        </w:tc>
        <w:tc>
          <w:tcPr>
            <w:tcW w:w="22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36BE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نام پیمانکار/ارائه‌دهنده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ED8A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نشانی یا محل انجام فعالیت</w:t>
            </w:r>
          </w:p>
        </w:tc>
        <w:tc>
          <w:tcPr>
            <w:tcW w:w="246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A5BC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قرارداد و مجوزهای مرتبط</w:t>
            </w:r>
          </w:p>
        </w:tc>
      </w:tr>
      <w:tr w:rsidR="0051745A" w:rsidRPr="00AB61BD" w14:paraId="136B46B1" w14:textId="77777777">
        <w:trPr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43822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1</w:t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A4F1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2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7E31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EDD3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46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A53B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5E103F39" w14:textId="77777777">
        <w:trPr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39D4A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2</w:t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5E11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2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84A6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C1E2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46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E716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680BB55C" w14:textId="77777777">
        <w:trPr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65542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3</w:t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19FD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2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EC7C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3567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46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8009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3945C92" w14:textId="77777777">
        <w:trPr>
          <w:cantSplit/>
          <w:trHeight w:val="709"/>
          <w:jc w:val="center"/>
        </w:trPr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98B13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9"/>
                <w:lang w:bidi="fa-IR"/>
              </w:rPr>
              <w:t>4</w:t>
            </w:r>
          </w:p>
        </w:tc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92D0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2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60FFD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3D1F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46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9E78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46CDFA12" w14:textId="77777777">
        <w:trPr>
          <w:gridAfter w:val="1"/>
          <w:wAfter w:w="29" w:type="dxa"/>
          <w:cantSplit/>
          <w:jc w:val="center"/>
        </w:trPr>
        <w:tc>
          <w:tcPr>
            <w:tcW w:w="10291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B012C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 xml:space="preserve">هیچ فعالیت مؤثر بر انطباق برون‌سپاری نشده است.     </w:t>
            </w:r>
            <w:r w:rsidRPr="00AB61BD">
              <w:rPr>
                <w:rFonts w:ascii="Times New Roman" w:hAnsi="Times New Roman" w:cs="Times New Roman" w:hint="cs"/>
                <w:sz w:val="22"/>
                <w:rtl/>
                <w:lang w:bidi="fa-IR"/>
              </w:rPr>
              <w:t>□</w:t>
            </w:r>
            <w:r w:rsidRPr="00AB61BD">
              <w:rPr>
                <w:rFonts w:cs="B Mitra"/>
                <w:sz w:val="22"/>
                <w:rtl/>
                <w:lang w:bidi="fa-IR"/>
              </w:rPr>
              <w:t xml:space="preserve"> </w:t>
            </w:r>
            <w:r w:rsidRPr="00AB61BD">
              <w:rPr>
                <w:rFonts w:cs="B Mitra"/>
                <w:sz w:val="20"/>
                <w:rtl/>
                <w:lang w:bidi="fa-IR"/>
              </w:rPr>
              <w:t>فعالیت‌های فوق برون‌سپاری شده‌اند و مدارک آنها پیوست است.</w:t>
            </w:r>
          </w:p>
        </w:tc>
      </w:tr>
    </w:tbl>
    <w:p w14:paraId="66FF55D6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71071C7F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CCFA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ح. اطلاعات پایه فرایند تولید و کنترل محصول</w:t>
            </w:r>
          </w:p>
        </w:tc>
      </w:tr>
    </w:tbl>
    <w:p w14:paraId="38DD2474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2858"/>
        <w:gridCol w:w="7518"/>
      </w:tblGrid>
      <w:tr w:rsidR="0051745A" w:rsidRPr="00AB61BD" w14:paraId="2E2C3834" w14:textId="77777777">
        <w:trPr>
          <w:cantSplit/>
          <w:trHeight w:val="1106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C5AC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t>شرح مختصر فرایند تولید/پرورش/فرآوری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30F3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545DF6FA" w14:textId="77777777">
        <w:trPr>
          <w:cantSplit/>
          <w:trHeight w:val="850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500B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lastRenderedPageBreak/>
              <w:t>مواد اولیه، نهاده‌ها یا خوراک اصلی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8BCC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12D56C5F" w14:textId="77777777">
        <w:trPr>
          <w:cantSplit/>
          <w:trHeight w:val="850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8BDD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t>روش جداسازی محصول ارگانیک/درحال گذار از محصول متعارف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8E0D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062ED179" w14:textId="77777777">
        <w:trPr>
          <w:cantSplit/>
          <w:trHeight w:val="850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B461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t>روش شناسایی و ردیابی محصول از تولید تا عرضه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BAD9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5E1A6DAB" w14:textId="77777777">
        <w:trPr>
          <w:cantSplit/>
          <w:trHeight w:val="850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26C61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t>آزمایش‌ها، کنترل‌ها یا پایش‌های انجام‌شده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AC7A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730C482E" w14:textId="77777777">
        <w:trPr>
          <w:cantSplit/>
          <w:trHeight w:val="850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E19B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t>برچسب، بسته‌بندی و نام تجاری مورد استفاده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CED6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5ADD7011" w14:textId="77777777">
        <w:trPr>
          <w:cantSplit/>
          <w:trHeight w:val="1106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9FCA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8"/>
                <w:rtl/>
                <w:lang w:bidi="fa-IR"/>
              </w:rPr>
              <w:t>توضیحات درباره دوره گذار و سابقه استفاده از نهاده‌های غیرمجاز</w:t>
            </w:r>
          </w:p>
        </w:tc>
        <w:tc>
          <w:tcPr>
            <w:tcW w:w="74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E7AE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</w:tbl>
    <w:p w14:paraId="7C2123F3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5AEC85F7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D1C8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فضای توضیحات تکمیلی متقاضی</w:t>
            </w:r>
          </w:p>
        </w:tc>
      </w:tr>
    </w:tbl>
    <w:p w14:paraId="3EDC3889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2299EAF8" w14:textId="77777777">
        <w:trPr>
          <w:cantSplit/>
          <w:trHeight w:val="2268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1B78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</w:tbl>
    <w:p w14:paraId="05D7DF6C" w14:textId="77777777" w:rsidR="0051745A" w:rsidRPr="00AB61BD" w:rsidRDefault="00333BE1" w:rsidP="00A55A49">
      <w:pPr>
        <w:rPr>
          <w:rFonts w:cs="B Mitra"/>
        </w:rPr>
      </w:pPr>
      <w:r w:rsidRPr="00AB61BD">
        <w:rPr>
          <w:rFonts w:cs="B Mitra"/>
        </w:rPr>
        <w:br w:type="page"/>
      </w: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17C30CBA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2F5F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lastRenderedPageBreak/>
              <w:t>خ. سابقه گواهی، ارزیابی و وضعیت‌های قبلی</w:t>
            </w:r>
          </w:p>
        </w:tc>
      </w:tr>
    </w:tbl>
    <w:p w14:paraId="30CC090C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2402"/>
        <w:gridCol w:w="2772"/>
        <w:gridCol w:w="2401"/>
        <w:gridCol w:w="2801"/>
      </w:tblGrid>
      <w:tr w:rsidR="0051745A" w:rsidRPr="00AB61BD" w14:paraId="7679C3A5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3E42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آیا قبلاً گواهی مرتبط داشته‌اید؟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4A15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EFD3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نام نهاد قبلی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4388A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19F01FA2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3960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شماره و تاریخ گواهی قبلی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EE1B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5B6D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تاریخ انقضا/خاتمه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356A6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40AB45B1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A511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وضعیت گواهی قبلی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66F0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معتبر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منقضی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تعلیق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ابطال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خاتمه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EEAF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علت تغییر نهاد گواهی‌کننده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E8C3C6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BFF1B35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D6B1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درخواست ردشده قبلی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16E3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ندارد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دارد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E74F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شرح و تاریخ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B30E1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1CCE7D1A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3703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تعلیق، ابطال یا کاهش دامنه قبلی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B484A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ندارد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دارد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308D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شرح و تاریخ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6DCB9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3999978C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A2046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شکایت مهم، فراخوان یا عدم انطباق قانونی مرتبط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F682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ندارد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دارد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AF19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شرح و وضعیت اقدام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1FBE7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37D6C099" w14:textId="77777777">
        <w:trPr>
          <w:cantSplit/>
          <w:trHeight w:val="567"/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7AC6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گواهی‌ها/مجوزهای دیگر مرتبط</w:t>
            </w:r>
          </w:p>
        </w:tc>
        <w:tc>
          <w:tcPr>
            <w:tcW w:w="27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DBD6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7743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مرجع صادرکننده</w:t>
            </w:r>
          </w:p>
        </w:tc>
        <w:tc>
          <w:tcPr>
            <w:tcW w:w="27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2B92D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</w:tbl>
    <w:p w14:paraId="44A791D6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72281B78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299E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د. فهرست مدارک و پیوست‌های ارائه‌شده توسط متقاضی</w:t>
            </w:r>
          </w:p>
        </w:tc>
      </w:tr>
    </w:tbl>
    <w:p w14:paraId="07B2CCE6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6"/>
        <w:gridCol w:w="512"/>
        <w:gridCol w:w="5982"/>
        <w:gridCol w:w="1253"/>
        <w:gridCol w:w="2593"/>
        <w:gridCol w:w="30"/>
      </w:tblGrid>
      <w:tr w:rsidR="0051745A" w:rsidRPr="00AB61BD" w14:paraId="3BD48065" w14:textId="77777777">
        <w:trPr>
          <w:gridBefore w:val="1"/>
          <w:cantSplit/>
          <w:tblHeader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B423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ردیف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8D7D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عنوان مدرک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DC14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پیوست است؟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D918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17"/>
                <w:rtl/>
                <w:lang w:bidi="fa-IR"/>
              </w:rPr>
              <w:t>شماره/شرح پیوست</w:t>
            </w:r>
          </w:p>
        </w:tc>
      </w:tr>
      <w:tr w:rsidR="0051745A" w:rsidRPr="00AB61BD" w14:paraId="02D4B63F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4E7DE1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1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3FFCB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مدارک ثبتی و هویتی متقاضی و نماینده مجاز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02DB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58DFB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F34004E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03D1E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2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15848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مجوزهای قانونی تولید، بهره‌برداری، فرآوری یا بسته‌بندی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9738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22B985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385DAD1B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C73C5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3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238B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فهرست محصولات، ظرفیت و برنامه تولید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595E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469DB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24FF6628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6C7A3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4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5A87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نقشه، کروکی یا مشخصات قطعات و محل‌های تولید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C6E3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DFCFF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11A21AB9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EC3C0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5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A8A36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مدارک مالکیت، اجاره یا حق بهره‌برداری از محل‌ها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2B32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02401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41579601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7F550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6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ACA3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نمودار جریان فرایند و شرح عملیات تولید/فرآوری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B824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F0EA40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753F0711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28ED6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7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E85D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فهرست مواد اولیه، نهاده‌ها، خوراک یا مواد کمکی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1DB6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BDFA1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71BC259B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F0061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8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E3D9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نمونه برچسب، بسته‌بندی و نام تجاری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E889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B4A3F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1F2F715E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B9987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9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DB16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قراردادهای فعالیت‌های برون‌سپاری‌شده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A87D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A2664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68B1BC23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CEEF9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10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8BFC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گواهی‌ها و گزارش‌های ارزیابی یا آزمون قبلی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19F0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F1E7E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0F9C643C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B67EE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lastRenderedPageBreak/>
              <w:t>11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EC77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سوابق شکایات، فراخوان و اقدامات انجام‌شده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5F37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93B7F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2BAC8EB1" w14:textId="77777777">
        <w:trPr>
          <w:gridBefore w:val="1"/>
          <w:cantSplit/>
          <w:trHeight w:val="442"/>
          <w:jc w:val="center"/>
        </w:trPr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E1741" w14:textId="77777777" w:rsidR="0051745A" w:rsidRPr="00AB61BD" w:rsidRDefault="00333BE1" w:rsidP="00A55A49">
            <w:pPr>
              <w:rPr>
                <w:rFonts w:cs="B Mitra"/>
              </w:rPr>
            </w:pPr>
            <w:r w:rsidRPr="00AB61BD">
              <w:rPr>
                <w:rFonts w:cs="B Mitra"/>
                <w:sz w:val="17"/>
                <w:lang w:bidi="fa-IR"/>
              </w:rPr>
              <w:t>12</w:t>
            </w:r>
          </w:p>
        </w:tc>
        <w:tc>
          <w:tcPr>
            <w:tcW w:w="5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F011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7"/>
                <w:rtl/>
                <w:lang w:bidi="fa-IR"/>
              </w:rPr>
              <w:t>سایر مدارک موردنیاز طرح یا اعلام‌شده توسط پارس گواه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8A4B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بله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خیر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6"/>
                <w:rtl/>
                <w:lang w:bidi="fa-IR"/>
              </w:rPr>
              <w:t>□</w:t>
            </w:r>
            <w:r w:rsidRPr="00AB61BD">
              <w:rPr>
                <w:rFonts w:cs="B Mitra"/>
                <w:sz w:val="16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6"/>
                <w:rtl/>
                <w:lang w:bidi="fa-IR"/>
              </w:rPr>
              <w:t>نامرتبط</w:t>
            </w:r>
          </w:p>
        </w:tc>
        <w:tc>
          <w:tcPr>
            <w:tcW w:w="257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4F65F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6CFB0DE9" w14:textId="77777777">
        <w:trPr>
          <w:gridAfter w:val="1"/>
          <w:wAfter w:w="30" w:type="dxa"/>
          <w:cantSplit/>
          <w:jc w:val="center"/>
        </w:trPr>
        <w:tc>
          <w:tcPr>
            <w:tcW w:w="10291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2C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EAD50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ارائه درخواست به‌تنهایی به معنی پذیرش پرونده یا اعطای گواهی نیست. کفایت اطلاعات و قابلیت پذیرش درخواست در فرم بازنگری درخواست بررسی می‌شود.</w:t>
            </w:r>
          </w:p>
        </w:tc>
      </w:tr>
      <w:tr w:rsidR="0051745A" w:rsidRPr="00AB61BD" w14:paraId="31F9B0C2" w14:textId="77777777">
        <w:trPr>
          <w:gridBefore w:val="1"/>
          <w:cantSplit/>
          <w:trHeight w:hRule="exact" w:val="425"/>
          <w:jc w:val="center"/>
        </w:trPr>
        <w:tc>
          <w:tcPr>
            <w:tcW w:w="10291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18F7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ذ. اظهار و تأیید متقاضی</w:t>
            </w:r>
          </w:p>
        </w:tc>
      </w:tr>
    </w:tbl>
    <w:p w14:paraId="52FEC4F0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628"/>
        <w:gridCol w:w="9748"/>
      </w:tblGrid>
      <w:tr w:rsidR="0051745A" w:rsidRPr="00AB61BD" w14:paraId="6F0811EB" w14:textId="77777777">
        <w:trPr>
          <w:cantSplit/>
          <w:trHeight w:val="522"/>
          <w:jc w:val="center"/>
        </w:trPr>
        <w:tc>
          <w:tcPr>
            <w:tcW w:w="6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6097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b/>
                <w:sz w:val="26"/>
                <w:rtl/>
                <w:lang w:bidi="fa-IR"/>
              </w:rPr>
              <w:t>□</w:t>
            </w:r>
          </w:p>
        </w:tc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5479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اطلاعات این فرم و پیوست‌های آن تا حد اطلاع اینجانب/این سازمان صحیح، کامل و قابل اثبات است.</w:t>
            </w:r>
          </w:p>
        </w:tc>
      </w:tr>
      <w:tr w:rsidR="0051745A" w:rsidRPr="00AB61BD" w14:paraId="5A860BD6" w14:textId="77777777">
        <w:trPr>
          <w:cantSplit/>
          <w:trHeight w:val="522"/>
          <w:jc w:val="center"/>
        </w:trPr>
        <w:tc>
          <w:tcPr>
            <w:tcW w:w="6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448B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b/>
                <w:sz w:val="26"/>
                <w:rtl/>
                <w:lang w:bidi="fa-IR"/>
              </w:rPr>
              <w:t>□</w:t>
            </w:r>
          </w:p>
        </w:tc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5DD4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به شرکت پارس گواه گستر اجازه داده می‌شود برای بازنگری درخواست، اصالت اطلاعات و مدارک ارائه‌شده را بررسی و در حدود الزامات محرمانگی از مراجع مرتبط استعلام کند.</w:t>
            </w:r>
          </w:p>
        </w:tc>
      </w:tr>
      <w:tr w:rsidR="0051745A" w:rsidRPr="00AB61BD" w14:paraId="73E7770C" w14:textId="77777777">
        <w:trPr>
          <w:cantSplit/>
          <w:trHeight w:val="522"/>
          <w:jc w:val="center"/>
        </w:trPr>
        <w:tc>
          <w:tcPr>
            <w:tcW w:w="6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0E91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b/>
                <w:sz w:val="26"/>
                <w:rtl/>
                <w:lang w:bidi="fa-IR"/>
              </w:rPr>
              <w:t>□</w:t>
            </w:r>
          </w:p>
        </w:tc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AAA6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متعهد می‌شوم هر تغییر مؤثر در مالکیت، ساختار، محصول، فرایند، محل‌ها، مواد اولیه، برون‌سپاری یا وضعیت قانونی را بدون تأخیر اعلام کنم.</w:t>
            </w:r>
          </w:p>
        </w:tc>
      </w:tr>
      <w:tr w:rsidR="0051745A" w:rsidRPr="00AB61BD" w14:paraId="464352D1" w14:textId="77777777">
        <w:trPr>
          <w:cantSplit/>
          <w:trHeight w:val="522"/>
          <w:jc w:val="center"/>
        </w:trPr>
        <w:tc>
          <w:tcPr>
            <w:tcW w:w="6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EF47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b/>
                <w:sz w:val="26"/>
                <w:rtl/>
                <w:lang w:bidi="fa-IR"/>
              </w:rPr>
              <w:t>□</w:t>
            </w:r>
          </w:p>
        </w:tc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4F1F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می‌پذیرم که ثبت درخواست یا پرداخت هزینه، تضمین‌کننده صدور گواهی نیست و تصمیم گواهی فقط پس از تکمیل ارزیابی، بازنگری فنی و تصمیم‌گیری مستقل اتخاذ می‌شود.</w:t>
            </w:r>
          </w:p>
        </w:tc>
      </w:tr>
      <w:tr w:rsidR="0051745A" w:rsidRPr="00AB61BD" w14:paraId="7997102C" w14:textId="77777777">
        <w:trPr>
          <w:cantSplit/>
          <w:trHeight w:val="522"/>
          <w:jc w:val="center"/>
        </w:trPr>
        <w:tc>
          <w:tcPr>
            <w:tcW w:w="6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CFDB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b/>
                <w:sz w:val="26"/>
                <w:rtl/>
                <w:lang w:bidi="fa-IR"/>
              </w:rPr>
              <w:t>□</w:t>
            </w:r>
          </w:p>
        </w:tc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2DE42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در صورت پذیرش درخواست، توافق‌نامه گواهی کردن باید پیش از شروع ارزیابی توسط نمایندگان مجاز طرفین امضا شود.</w:t>
            </w:r>
          </w:p>
        </w:tc>
      </w:tr>
      <w:tr w:rsidR="0051745A" w:rsidRPr="00AB61BD" w14:paraId="1C2CDF49" w14:textId="77777777">
        <w:trPr>
          <w:cantSplit/>
          <w:trHeight w:val="522"/>
          <w:jc w:val="center"/>
        </w:trPr>
        <w:tc>
          <w:tcPr>
            <w:tcW w:w="6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45DE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b/>
                <w:sz w:val="26"/>
                <w:rtl/>
                <w:lang w:bidi="fa-IR"/>
              </w:rPr>
              <w:t>□</w:t>
            </w:r>
          </w:p>
        </w:tc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3FCF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نسخه‌ای از الزامات و اطلاعات لازم درباره طرح گواهی مورد درخواست را دریافت کرده‌ام یا نحوه دسترسی به آن به من اعلام شده است.</w:t>
            </w:r>
          </w:p>
        </w:tc>
      </w:tr>
    </w:tbl>
    <w:p w14:paraId="007EAC8B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2E2B8A00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E0CB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ر. امضا و تأیید نماینده مجاز متقاضی</w:t>
            </w:r>
          </w:p>
        </w:tc>
      </w:tr>
    </w:tbl>
    <w:p w14:paraId="5759F116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230"/>
        <w:gridCol w:w="1943"/>
        <w:gridCol w:w="3259"/>
      </w:tblGrid>
      <w:tr w:rsidR="0051745A" w:rsidRPr="00AB61BD" w14:paraId="4011A613" w14:textId="77777777">
        <w:trPr>
          <w:cantSplit/>
          <w:trHeight w:val="567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2BB5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نام و نام خانوادگی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9A869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E99A3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سمت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8E5B9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684EA0C8" w14:textId="77777777">
        <w:trPr>
          <w:cantSplit/>
          <w:trHeight w:val="567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D05C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تاریخ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2E207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61EB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شماره تماس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5BB48" w14:textId="77777777" w:rsidR="0051745A" w:rsidRPr="00AB61BD" w:rsidRDefault="0051745A" w:rsidP="00A55A49">
            <w:pPr>
              <w:bidi/>
              <w:rPr>
                <w:rFonts w:cs="B Mitra"/>
              </w:rPr>
            </w:pPr>
          </w:p>
        </w:tc>
      </w:tr>
      <w:tr w:rsidR="0051745A" w:rsidRPr="00AB61BD" w14:paraId="53DF65DD" w14:textId="77777777">
        <w:trPr>
          <w:cantSplit/>
          <w:trHeight w:val="964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AFA8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امضا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E955F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3F7E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مهر متقاضی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9B5C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04FA2A2B" w14:textId="77777777">
        <w:trPr>
          <w:cantSplit/>
          <w:trHeight w:val="964"/>
          <w:jc w:val="center"/>
        </w:trPr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3AFB8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توضیحات</w:t>
            </w:r>
          </w:p>
        </w:tc>
        <w:tc>
          <w:tcPr>
            <w:tcW w:w="3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8F6E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755D61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9"/>
                <w:rtl/>
                <w:lang w:bidi="fa-IR"/>
              </w:rPr>
              <w:t>تعداد پیوست</w:t>
            </w:r>
          </w:p>
        </w:tc>
        <w:tc>
          <w:tcPr>
            <w:tcW w:w="32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C1B2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</w:tbl>
    <w:p w14:paraId="0C30714A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220235A3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6EA2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ز. بخش داخلی شرکت پارس گواه گستر ـ کنترل اولیه دریافت</w:t>
            </w:r>
          </w:p>
        </w:tc>
      </w:tr>
    </w:tbl>
    <w:p w14:paraId="49D062AA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2052"/>
        <w:gridCol w:w="3106"/>
        <w:gridCol w:w="2052"/>
        <w:gridCol w:w="3136"/>
        <w:gridCol w:w="30"/>
      </w:tblGrid>
      <w:tr w:rsidR="0051745A" w:rsidRPr="00AB61BD" w14:paraId="3F83C7A7" w14:textId="77777777">
        <w:trPr>
          <w:cantSplit/>
          <w:trHeight w:val="59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5F34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فرم امضا شده است؟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34E6E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47EB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شماره درخواست تخصیص یافت؟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D370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</w:p>
        </w:tc>
      </w:tr>
      <w:tr w:rsidR="0051745A" w:rsidRPr="00AB61BD" w14:paraId="7589E483" w14:textId="77777777">
        <w:trPr>
          <w:cantSplit/>
          <w:trHeight w:val="59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F248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مدارک هویتی/ثبتی پیوست است؟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97E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نامرتبط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6381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فهرست محصول و محل‌ها کامل است؟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3824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</w:p>
        </w:tc>
      </w:tr>
      <w:tr w:rsidR="0051745A" w:rsidRPr="00AB61BD" w14:paraId="2D64CB25" w14:textId="77777777">
        <w:trPr>
          <w:cantSplit/>
          <w:trHeight w:val="59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0660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lastRenderedPageBreak/>
              <w:t>پیوست‌ها شماره‌گذاری شده‌اند؟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819A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CEB1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اطلاعات تماس قابل استفاده است؟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3BFDF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بله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خیر</w:t>
            </w:r>
          </w:p>
        </w:tc>
      </w:tr>
      <w:tr w:rsidR="0051745A" w:rsidRPr="00AB61BD" w14:paraId="73208AE8" w14:textId="77777777">
        <w:trPr>
          <w:cantSplit/>
          <w:trHeight w:val="76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20AF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نقص اولیه مشاهده‌شده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B1B8B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C625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مهلت تکمیل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64C79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C93B91B" w14:textId="77777777">
        <w:trPr>
          <w:cantSplit/>
          <w:trHeight w:val="76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DD50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نتیجه کنترل اولیه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2330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قابل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ارجاع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به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بازنگری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درخواست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  </w:t>
            </w:r>
            <w:r w:rsidRPr="00AB61BD">
              <w:rPr>
                <w:rFonts w:ascii="Times New Roman" w:hAnsi="Times New Roman" w:cs="Times New Roman" w:hint="cs"/>
                <w:sz w:val="17"/>
                <w:rtl/>
                <w:lang w:bidi="fa-IR"/>
              </w:rPr>
              <w:t>□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نیازمند</w:t>
            </w:r>
            <w:r w:rsidRPr="00AB61BD">
              <w:rPr>
                <w:rFonts w:cs="B Mitra"/>
                <w:sz w:val="17"/>
                <w:rtl/>
                <w:lang w:bidi="fa-IR"/>
              </w:rPr>
              <w:t xml:space="preserve"> </w:t>
            </w:r>
            <w:r w:rsidRPr="00AB61BD">
              <w:rPr>
                <w:rFonts w:cs="B Mitra" w:hint="cs"/>
                <w:sz w:val="17"/>
                <w:rtl/>
                <w:lang w:bidi="fa-IR"/>
              </w:rPr>
              <w:t>تکمیل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4B6F74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تاریخ ارجاع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FF70B6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3D7DF6A4" w14:textId="77777777">
        <w:trPr>
          <w:cantSplit/>
          <w:trHeight w:val="59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11A2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نام و سمت کنترل‌کننده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404E2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C21FA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امضا/پاراف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03F6D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6C8A5066" w14:textId="77777777">
        <w:trPr>
          <w:cantSplit/>
          <w:trHeight w:val="595"/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6BB457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شماره پرونده</w:t>
            </w: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F2416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2DC90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sz w:val="17"/>
                <w:rtl/>
                <w:lang w:bidi="fa-IR"/>
              </w:rPr>
              <w:t>محل نگهداری/شناسه الکترونیکی</w:t>
            </w: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44E3C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rtl/>
                <w:lang w:bidi="fa-IR"/>
              </w:rPr>
              <w:br/>
            </w:r>
          </w:p>
        </w:tc>
      </w:tr>
      <w:tr w:rsidR="0051745A" w:rsidRPr="00AB61BD" w14:paraId="2D438612" w14:textId="77777777">
        <w:trPr>
          <w:gridAfter w:val="1"/>
          <w:wAfter w:w="30" w:type="dxa"/>
          <w:cantSplit/>
          <w:jc w:val="center"/>
        </w:trPr>
        <w:tc>
          <w:tcPr>
            <w:tcW w:w="102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EF5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3B5BF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sz w:val="18"/>
                <w:rtl/>
                <w:lang w:bidi="fa-IR"/>
              </w:rPr>
              <w:t>مرحله بعد: پس از کنترل اولیه، درخواست برای بررسی قابلیت پذیرش به فرم بازنگری درخواست ارجاع می‌شود. این بخش صرفاً کنترل کامل‌بودن ظاهری مدارک است و به معنی پذیرش فنی درخواست نیست.</w:t>
            </w:r>
          </w:p>
        </w:tc>
      </w:tr>
    </w:tbl>
    <w:p w14:paraId="127B1FA2" w14:textId="77777777" w:rsidR="0051745A" w:rsidRPr="00AB61BD" w:rsidRDefault="0051745A" w:rsidP="00A55A49">
      <w:pPr>
        <w:spacing w:after="40"/>
        <w:rPr>
          <w:rFonts w:cs="B Mitra"/>
        </w:rPr>
      </w:pPr>
    </w:p>
    <w:tbl>
      <w:tblPr>
        <w:bidiVisual/>
        <w:tblW w:w="10376" w:type="dxa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1745A" w:rsidRPr="00AB61BD" w14:paraId="7DDC5510" w14:textId="77777777">
        <w:trPr>
          <w:cantSplit/>
          <w:trHeight w:hRule="exact" w:val="425"/>
          <w:jc w:val="center"/>
        </w:trPr>
        <w:tc>
          <w:tcPr>
            <w:tcW w:w="102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93B15" w14:textId="77777777" w:rsidR="0051745A" w:rsidRPr="00AB61BD" w:rsidRDefault="00333BE1" w:rsidP="00A55A49">
            <w:pPr>
              <w:bidi/>
              <w:rPr>
                <w:rFonts w:cs="B Mitra"/>
              </w:rPr>
            </w:pPr>
            <w:r w:rsidRPr="00AB61BD">
              <w:rPr>
                <w:rFonts w:cs="B Mitra"/>
                <w:b/>
                <w:color w:val="FFFFFF"/>
                <w:sz w:val="23"/>
                <w:rtl/>
                <w:lang w:bidi="fa-IR"/>
              </w:rPr>
              <w:t>ژ. کنترل مدرک و تاریخچه تغییرات</w:t>
            </w:r>
          </w:p>
        </w:tc>
      </w:tr>
    </w:tbl>
    <w:p w14:paraId="08B84F1C" w14:textId="77777777" w:rsidR="0051745A" w:rsidRPr="00AB61BD" w:rsidRDefault="0051745A" w:rsidP="00A55A49">
      <w:pPr>
        <w:spacing w:after="20"/>
        <w:rPr>
          <w:rFonts w:cs="B Mitra"/>
        </w:rPr>
      </w:pPr>
    </w:p>
    <w:tbl>
      <w:tblPr>
        <w:bidiVisual/>
        <w:tblW w:w="10035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1505"/>
        <w:gridCol w:w="4014"/>
        <w:gridCol w:w="2007"/>
        <w:gridCol w:w="1505"/>
      </w:tblGrid>
      <w:tr w:rsidR="0024422A" w14:paraId="7A3A359A" w14:textId="77777777" w:rsidTr="001062B3">
        <w:trPr>
          <w:cantSplit/>
          <w:tblHeader/>
          <w:jc w:val="center"/>
        </w:trPr>
        <w:tc>
          <w:tcPr>
            <w:tcW w:w="1004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3CE74" w14:textId="77777777" w:rsidR="0024422A" w:rsidRDefault="0024422A" w:rsidP="001062B3">
            <w:pPr>
              <w:jc w:val="right"/>
            </w:pPr>
            <w:r>
              <w:rPr>
                <w:rFonts w:ascii="DejaVu Sans" w:eastAsia="DejaVu Sans" w:hAnsi="DejaVu Sans" w:cs="DejaVu Sans"/>
                <w:b/>
                <w:bCs/>
                <w:color w:val="FFFFFF"/>
                <w:sz w:val="18"/>
                <w:rtl/>
              </w:rPr>
              <w:t>ویرایش</w:t>
            </w:r>
          </w:p>
        </w:tc>
        <w:tc>
          <w:tcPr>
            <w:tcW w:w="1505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3F667" w14:textId="77777777" w:rsidR="0024422A" w:rsidRDefault="0024422A" w:rsidP="001062B3">
            <w:pPr>
              <w:jc w:val="right"/>
            </w:pPr>
            <w:r>
              <w:rPr>
                <w:b/>
                <w:bCs/>
                <w:color w:val="FFFFFF"/>
                <w:sz w:val="18"/>
                <w:rtl/>
              </w:rPr>
              <w:t>تاریخ</w:t>
            </w:r>
          </w:p>
        </w:tc>
        <w:tc>
          <w:tcPr>
            <w:tcW w:w="4014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0CB72" w14:textId="77777777" w:rsidR="0024422A" w:rsidRDefault="0024422A" w:rsidP="001062B3">
            <w:pPr>
              <w:jc w:val="right"/>
            </w:pPr>
            <w:r>
              <w:rPr>
                <w:b/>
                <w:bCs/>
                <w:color w:val="FFFFFF"/>
                <w:sz w:val="18"/>
                <w:rtl/>
              </w:rPr>
              <w:t>شرح تغییر</w:t>
            </w:r>
          </w:p>
        </w:tc>
        <w:tc>
          <w:tcPr>
            <w:tcW w:w="2007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9C256" w14:textId="77777777" w:rsidR="0024422A" w:rsidRDefault="0024422A" w:rsidP="001062B3">
            <w:pPr>
              <w:jc w:val="right"/>
            </w:pPr>
            <w:r>
              <w:rPr>
                <w:b/>
                <w:bCs/>
                <w:color w:val="FFFFFF"/>
                <w:sz w:val="18"/>
                <w:rtl/>
              </w:rPr>
              <w:t>تهیه/بازنگری</w:t>
            </w:r>
          </w:p>
        </w:tc>
        <w:tc>
          <w:tcPr>
            <w:tcW w:w="1505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122A1" w14:textId="77777777" w:rsidR="0024422A" w:rsidRDefault="0024422A" w:rsidP="001062B3">
            <w:pPr>
              <w:jc w:val="right"/>
            </w:pPr>
            <w:r>
              <w:rPr>
                <w:b/>
                <w:bCs/>
                <w:color w:val="FFFFFF"/>
                <w:sz w:val="18"/>
                <w:rtl/>
              </w:rPr>
              <w:t>تصویب</w:t>
            </w:r>
          </w:p>
        </w:tc>
      </w:tr>
      <w:tr w:rsidR="0024422A" w14:paraId="2074A4FF" w14:textId="77777777" w:rsidTr="001062B3">
        <w:trPr>
          <w:cantSplit/>
          <w:jc w:val="center"/>
        </w:trPr>
        <w:tc>
          <w:tcPr>
            <w:tcW w:w="1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76137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color w:val="1F1F1F"/>
                <w:sz w:val="19"/>
                <w:szCs w:val="24"/>
                <w:rtl/>
              </w:rPr>
              <w:t>1</w:t>
            </w:r>
          </w:p>
        </w:tc>
        <w:tc>
          <w:tcPr>
            <w:tcW w:w="15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92FA8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color w:val="1F1F1F"/>
                <w:sz w:val="19"/>
                <w:szCs w:val="24"/>
                <w:rtl/>
              </w:rPr>
              <w:t>10/02/1405</w:t>
            </w:r>
          </w:p>
        </w:tc>
        <w:tc>
          <w:tcPr>
            <w:tcW w:w="40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60E1B" w14:textId="77777777" w:rsidR="0024422A" w:rsidRDefault="0024422A" w:rsidP="001062B3">
            <w:pPr>
              <w:jc w:val="right"/>
            </w:pP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تدوین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اولیه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و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تبدیل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محتوای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بسته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مستندات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به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روش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اجرایی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 xml:space="preserve"> </w:t>
            </w:r>
            <w:r w:rsidRPr="003945B6">
              <w:rPr>
                <w:rFonts w:cs="B Mitra" w:hint="cs"/>
                <w:color w:val="1F1F1F"/>
                <w:sz w:val="19"/>
                <w:szCs w:val="24"/>
                <w:rtl/>
              </w:rPr>
              <w:t>مستقل</w:t>
            </w:r>
            <w:r w:rsidRPr="003945B6">
              <w:rPr>
                <w:rFonts w:cs="B Mitra"/>
                <w:color w:val="1F1F1F"/>
                <w:sz w:val="19"/>
                <w:szCs w:val="24"/>
                <w:rtl/>
              </w:rPr>
              <w:t>.</w:t>
            </w:r>
            <w:r w:rsidRPr="00191BE3">
              <w:rPr>
                <w:rFonts w:cs="B Mitra"/>
                <w:color w:val="1F1F1F"/>
                <w:sz w:val="19"/>
                <w:szCs w:val="24"/>
                <w:rtl/>
              </w:rPr>
              <w:t>.</w:t>
            </w:r>
          </w:p>
        </w:tc>
        <w:tc>
          <w:tcPr>
            <w:tcW w:w="20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805FD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سید ایلیا حسینی</w:t>
            </w:r>
          </w:p>
        </w:tc>
        <w:tc>
          <w:tcPr>
            <w:tcW w:w="15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A8F35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علی گرامی</w:t>
            </w:r>
          </w:p>
        </w:tc>
      </w:tr>
      <w:tr w:rsidR="0024422A" w14:paraId="72440EBC" w14:textId="77777777" w:rsidTr="001062B3">
        <w:trPr>
          <w:cantSplit/>
          <w:jc w:val="center"/>
        </w:trPr>
        <w:tc>
          <w:tcPr>
            <w:tcW w:w="1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A7BB7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2</w:t>
            </w:r>
          </w:p>
        </w:tc>
        <w:tc>
          <w:tcPr>
            <w:tcW w:w="15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8F458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20/5/1405</w:t>
            </w:r>
          </w:p>
        </w:tc>
        <w:tc>
          <w:tcPr>
            <w:tcW w:w="40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2BE25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بازنگری مجدد و ویرایش متون</w:t>
            </w:r>
          </w:p>
        </w:tc>
        <w:tc>
          <w:tcPr>
            <w:tcW w:w="20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553C0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سید ایلیا حسینی</w:t>
            </w:r>
          </w:p>
        </w:tc>
        <w:tc>
          <w:tcPr>
            <w:tcW w:w="15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AE370" w14:textId="77777777" w:rsidR="0024422A" w:rsidRDefault="0024422A" w:rsidP="001062B3">
            <w:pPr>
              <w:jc w:val="right"/>
            </w:pPr>
            <w:r>
              <w:rPr>
                <w:rFonts w:cs="B Mitra" w:hint="cs"/>
                <w:sz w:val="23"/>
                <w:szCs w:val="24"/>
                <w:rtl/>
              </w:rPr>
              <w:t>علی گرامی</w:t>
            </w:r>
          </w:p>
        </w:tc>
      </w:tr>
      <w:tr w:rsidR="0024422A" w14:paraId="2E7CA2B5" w14:textId="77777777" w:rsidTr="001062B3">
        <w:trPr>
          <w:cantSplit/>
          <w:jc w:val="center"/>
        </w:trPr>
        <w:tc>
          <w:tcPr>
            <w:tcW w:w="1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63457" w14:textId="77777777" w:rsidR="0024422A" w:rsidRDefault="0024422A" w:rsidP="001062B3">
            <w:pPr>
              <w:jc w:val="right"/>
            </w:pPr>
          </w:p>
        </w:tc>
        <w:tc>
          <w:tcPr>
            <w:tcW w:w="15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2B2C3" w14:textId="77777777" w:rsidR="0024422A" w:rsidRDefault="0024422A" w:rsidP="001062B3">
            <w:pPr>
              <w:jc w:val="right"/>
            </w:pPr>
          </w:p>
        </w:tc>
        <w:tc>
          <w:tcPr>
            <w:tcW w:w="40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0D5C8" w14:textId="77777777" w:rsidR="0024422A" w:rsidRDefault="0024422A" w:rsidP="001062B3">
            <w:pPr>
              <w:jc w:val="right"/>
            </w:pPr>
          </w:p>
        </w:tc>
        <w:tc>
          <w:tcPr>
            <w:tcW w:w="20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625B6" w14:textId="77777777" w:rsidR="0024422A" w:rsidRDefault="0024422A" w:rsidP="001062B3">
            <w:pPr>
              <w:jc w:val="right"/>
            </w:pPr>
          </w:p>
        </w:tc>
        <w:tc>
          <w:tcPr>
            <w:tcW w:w="15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1789B" w14:textId="77777777" w:rsidR="0024422A" w:rsidRDefault="0024422A" w:rsidP="001062B3">
            <w:pPr>
              <w:jc w:val="right"/>
            </w:pPr>
          </w:p>
        </w:tc>
      </w:tr>
    </w:tbl>
    <w:p w14:paraId="7602F06A" w14:textId="77777777" w:rsidR="000266D2" w:rsidRPr="00AB61BD" w:rsidRDefault="000266D2" w:rsidP="00A55A49">
      <w:pPr>
        <w:rPr>
          <w:rFonts w:cs="B Mitra"/>
        </w:rPr>
      </w:pPr>
    </w:p>
    <w:sectPr w:rsidR="000266D2" w:rsidRPr="00AB61BD" w:rsidSect="00034616">
      <w:headerReference w:type="default" r:id="rId9"/>
      <w:footerReference w:type="default" r:id="rId10"/>
      <w:pgSz w:w="11906" w:h="16838"/>
      <w:pgMar w:top="709" w:right="765" w:bottom="709" w:left="765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35366" w14:textId="77777777" w:rsidR="000266D2" w:rsidRDefault="00333BE1">
      <w:r>
        <w:separator/>
      </w:r>
    </w:p>
  </w:endnote>
  <w:endnote w:type="continuationSeparator" w:id="0">
    <w:p w14:paraId="5C44040E" w14:textId="77777777" w:rsidR="000266D2" w:rsidRDefault="0033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9068" w14:textId="77777777" w:rsidR="0051745A" w:rsidRDefault="00333BE1">
    <w:pPr>
      <w:pStyle w:val="Footer"/>
      <w:bidi/>
      <w:jc w:val="center"/>
    </w:pPr>
    <w:r>
      <w:rPr>
        <w:color w:val="666666"/>
        <w:sz w:val="16"/>
        <w:rtl/>
        <w:lang w:bidi="fa-IR"/>
      </w:rPr>
      <w:t xml:space="preserve">کد مدرک: </w:t>
    </w:r>
    <w:r>
      <w:rPr>
        <w:rFonts w:ascii="DejaVu Sans" w:eastAsia="DejaVu Sans" w:hAnsi="DejaVu Sans"/>
        <w:color w:val="666666"/>
        <w:sz w:val="16"/>
        <w:lang w:bidi="fa-IR"/>
      </w:rPr>
      <w:t>PARS-FOR-CB-01</w:t>
    </w:r>
    <w:r>
      <w:rPr>
        <w:color w:val="666666"/>
        <w:sz w:val="16"/>
        <w:rtl/>
        <w:lang w:bidi="fa-IR"/>
      </w:rPr>
      <w:t xml:space="preserve">  |  صفحه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color w:val="666666"/>
        <w:sz w:val="16"/>
        <w:rtl/>
        <w:lang w:bidi="fa-IR"/>
      </w:rPr>
      <w:t xml:space="preserve"> از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4D287" w14:textId="77777777" w:rsidR="000266D2" w:rsidRDefault="00333BE1">
      <w:r>
        <w:separator/>
      </w:r>
    </w:p>
  </w:footnote>
  <w:footnote w:type="continuationSeparator" w:id="0">
    <w:p w14:paraId="5D9B8D3D" w14:textId="77777777" w:rsidR="000266D2" w:rsidRDefault="00333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B48DF" w14:textId="77777777" w:rsidR="0051745A" w:rsidRDefault="00333BE1">
    <w:pPr>
      <w:pStyle w:val="Header"/>
      <w:bidi/>
      <w:jc w:val="center"/>
    </w:pPr>
    <w:r>
      <w:rPr>
        <w:b/>
        <w:color w:val="666666"/>
        <w:sz w:val="17"/>
        <w:rtl/>
        <w:lang w:bidi="fa-IR"/>
      </w:rPr>
      <w:t>شرکت پارس گواه گستر | فرم درخواست گواهی کردن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6D2"/>
    <w:rsid w:val="00034616"/>
    <w:rsid w:val="0006063C"/>
    <w:rsid w:val="0015074B"/>
    <w:rsid w:val="0024422A"/>
    <w:rsid w:val="0029639D"/>
    <w:rsid w:val="00326F90"/>
    <w:rsid w:val="00333BE1"/>
    <w:rsid w:val="0051745A"/>
    <w:rsid w:val="009F57F1"/>
    <w:rsid w:val="00A55A49"/>
    <w:rsid w:val="00AA1D8D"/>
    <w:rsid w:val="00AB61BD"/>
    <w:rsid w:val="00B47730"/>
    <w:rsid w:val="00CB0664"/>
    <w:rsid w:val="00E230D4"/>
    <w:rsid w:val="00FC693F"/>
    <w:rsid w:val="00FD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8441DA"/>
  <w14:defaultImageDpi w14:val="300"/>
  <w15:docId w15:val="{83EAEAB2-A3BD-4599-B9DB-91922CBA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Noto Naskh Arabic" w:eastAsia="Noto Naskh Arabic" w:hAnsi="Noto Naskh Arabic" w:cs="Noto Naskh Arabic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0"/>
    </w:pPr>
    <w:rPr>
      <w:rFonts w:ascii="Noto Naskh Arabic" w:eastAsia="Noto Naskh Arabic" w:hAnsi="Noto Naskh Arabic" w:cs="Noto Naskh Arabic"/>
      <w:b/>
      <w:sz w:val="34"/>
    </w:rPr>
  </w:style>
  <w:style w:type="paragraph" w:customStyle="1" w:styleId="SectionHeading">
    <w:name w:val="SectionHeading"/>
    <w:pPr>
      <w:spacing w:after="0"/>
    </w:pPr>
    <w:rPr>
      <w:rFonts w:ascii="Noto Naskh Arabic" w:eastAsia="Noto Naskh Arabic" w:hAnsi="Noto Naskh Arabic" w:cs="Noto Naskh Arabic"/>
      <w:b/>
      <w:sz w:val="25"/>
    </w:rPr>
  </w:style>
  <w:style w:type="paragraph" w:customStyle="1" w:styleId="SmallNote">
    <w:name w:val="SmallNote"/>
    <w:pPr>
      <w:spacing w:after="0"/>
    </w:pPr>
    <w:rPr>
      <w:rFonts w:ascii="Noto Naskh Arabic" w:eastAsia="Noto Naskh Arabic" w:hAnsi="Noto Naskh Arabic" w:cs="Noto Naskh Arab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درخواست گواهی کردن</dc:title>
  <dc:subject>ISO/IEC 17065 - درخواست گواهی محصولات ارگانیک و درحال گذار</dc:subject>
  <dc:creator>شرکت پارس گواه گستر</dc:creator>
  <cp:keywords>PARS-FOR-CB-01, ISO/IEC 17065, Organic Certification</cp:keywords>
  <dc:description>generated by python-docx</dc:description>
  <cp:lastModifiedBy>ali ali</cp:lastModifiedBy>
  <cp:revision>8</cp:revision>
  <dcterms:created xsi:type="dcterms:W3CDTF">2013-12-23T23:15:00Z</dcterms:created>
  <dcterms:modified xsi:type="dcterms:W3CDTF">2026-09-26T07:05:00Z</dcterms:modified>
  <cp:category/>
</cp:coreProperties>
</file>